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6B855" w14:textId="77777777" w:rsidR="00323363" w:rsidRDefault="00000000">
      <w:pPr>
        <w:jc w:val="center"/>
      </w:pPr>
      <w:r>
        <w:rPr>
          <w:b/>
          <w:color w:val="37498C"/>
          <w:sz w:val="32"/>
        </w:rPr>
        <w:t>EDUCATE TOGETHER ACADEMY TRUST</w:t>
      </w:r>
      <w:r>
        <w:rPr>
          <w:b/>
          <w:color w:val="37498C"/>
          <w:sz w:val="32"/>
        </w:rPr>
        <w:br/>
      </w:r>
      <w:r>
        <w:rPr>
          <w:b/>
          <w:color w:val="37498C"/>
          <w:sz w:val="60"/>
        </w:rPr>
        <w:t>TERM DATES 2027–2028</w:t>
      </w:r>
    </w:p>
    <w:p w14:paraId="265A62A8" w14:textId="77777777" w:rsidR="00323363" w:rsidRDefault="00000000">
      <w:pPr>
        <w:jc w:val="center"/>
      </w:pPr>
      <w:r>
        <w:rPr>
          <w:i/>
        </w:rPr>
        <w:t>Parklands  •  Abbey Farm  •  Mulberry Park  •  Redfield  •  Somerdale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435"/>
        <w:gridCol w:w="5435"/>
      </w:tblGrid>
      <w:tr w:rsidR="00323363" w14:paraId="0B1AB48D" w14:textId="77777777">
        <w:trPr>
          <w:jc w:val="center"/>
        </w:trPr>
        <w:tc>
          <w:tcPr>
            <w:tcW w:w="5440" w:type="dxa"/>
            <w:shd w:val="clear" w:color="auto" w:fill="5BC0DE"/>
            <w:vAlign w:val="center"/>
          </w:tcPr>
          <w:p w14:paraId="74878F56" w14:textId="77777777" w:rsidR="00323363" w:rsidRDefault="00000000">
            <w:pPr>
              <w:jc w:val="center"/>
            </w:pPr>
            <w:r>
              <w:rPr>
                <w:b/>
                <w:color w:val="FFFFFF"/>
                <w:sz w:val="28"/>
              </w:rPr>
              <w:t>TERM 1</w:t>
            </w:r>
          </w:p>
        </w:tc>
        <w:tc>
          <w:tcPr>
            <w:tcW w:w="5440" w:type="dxa"/>
          </w:tcPr>
          <w:p w14:paraId="0311AF85" w14:textId="77777777" w:rsidR="003B6BA6" w:rsidRDefault="00000000" w:rsidP="003B6BA6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Wednesday 1 September 2027 – </w:t>
            </w:r>
          </w:p>
          <w:p w14:paraId="0F92BAF3" w14:textId="09865FB1" w:rsidR="00323363" w:rsidRDefault="00000000" w:rsidP="003B6BA6">
            <w:pPr>
              <w:jc w:val="center"/>
            </w:pPr>
            <w:r>
              <w:rPr>
                <w:sz w:val="26"/>
              </w:rPr>
              <w:t>Friday 22 October 2027</w:t>
            </w:r>
          </w:p>
        </w:tc>
      </w:tr>
      <w:tr w:rsidR="00323363" w14:paraId="22287F59" w14:textId="77777777">
        <w:trPr>
          <w:jc w:val="center"/>
        </w:trPr>
        <w:tc>
          <w:tcPr>
            <w:tcW w:w="5440" w:type="dxa"/>
            <w:shd w:val="clear" w:color="auto" w:fill="28A745"/>
            <w:vAlign w:val="center"/>
          </w:tcPr>
          <w:p w14:paraId="1A8D4883" w14:textId="77777777" w:rsidR="00323363" w:rsidRDefault="00000000">
            <w:pPr>
              <w:jc w:val="center"/>
            </w:pPr>
            <w:r>
              <w:rPr>
                <w:b/>
                <w:color w:val="FFFFFF"/>
                <w:sz w:val="28"/>
              </w:rPr>
              <w:t>TERM 2</w:t>
            </w:r>
          </w:p>
        </w:tc>
        <w:tc>
          <w:tcPr>
            <w:tcW w:w="5440" w:type="dxa"/>
          </w:tcPr>
          <w:p w14:paraId="53EA7979" w14:textId="77777777" w:rsidR="003B6BA6" w:rsidRDefault="00000000" w:rsidP="003B6BA6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Monday 1 November 2027 – </w:t>
            </w:r>
          </w:p>
          <w:p w14:paraId="3923816A" w14:textId="588726DB" w:rsidR="00323363" w:rsidRDefault="00000000" w:rsidP="003B6BA6">
            <w:pPr>
              <w:jc w:val="center"/>
            </w:pPr>
            <w:r>
              <w:rPr>
                <w:sz w:val="26"/>
              </w:rPr>
              <w:t>Friday 17 December 2027</w:t>
            </w:r>
          </w:p>
        </w:tc>
      </w:tr>
      <w:tr w:rsidR="00323363" w14:paraId="50B00BFA" w14:textId="77777777">
        <w:trPr>
          <w:jc w:val="center"/>
        </w:trPr>
        <w:tc>
          <w:tcPr>
            <w:tcW w:w="5440" w:type="dxa"/>
            <w:shd w:val="clear" w:color="auto" w:fill="B56CC2"/>
            <w:vAlign w:val="center"/>
          </w:tcPr>
          <w:p w14:paraId="06AA49E2" w14:textId="77777777" w:rsidR="00323363" w:rsidRDefault="00000000">
            <w:pPr>
              <w:jc w:val="center"/>
            </w:pPr>
            <w:r>
              <w:rPr>
                <w:b/>
                <w:color w:val="FFFFFF"/>
                <w:sz w:val="28"/>
              </w:rPr>
              <w:t>TERM 3</w:t>
            </w:r>
          </w:p>
        </w:tc>
        <w:tc>
          <w:tcPr>
            <w:tcW w:w="5440" w:type="dxa"/>
          </w:tcPr>
          <w:p w14:paraId="57610E25" w14:textId="77777777" w:rsidR="003B6BA6" w:rsidRDefault="00000000" w:rsidP="003B6BA6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Tuesday 4 January 2028 – </w:t>
            </w:r>
          </w:p>
          <w:p w14:paraId="4DE120B1" w14:textId="65430699" w:rsidR="00323363" w:rsidRDefault="00000000" w:rsidP="003B6BA6">
            <w:pPr>
              <w:jc w:val="center"/>
            </w:pPr>
            <w:r>
              <w:rPr>
                <w:sz w:val="26"/>
              </w:rPr>
              <w:t>Friday 11 February 2028</w:t>
            </w:r>
          </w:p>
        </w:tc>
      </w:tr>
      <w:tr w:rsidR="00323363" w14:paraId="407EDC57" w14:textId="77777777">
        <w:trPr>
          <w:jc w:val="center"/>
        </w:trPr>
        <w:tc>
          <w:tcPr>
            <w:tcW w:w="5440" w:type="dxa"/>
            <w:shd w:val="clear" w:color="auto" w:fill="9ACD32"/>
            <w:vAlign w:val="center"/>
          </w:tcPr>
          <w:p w14:paraId="0CC86252" w14:textId="77777777" w:rsidR="00323363" w:rsidRDefault="00000000">
            <w:pPr>
              <w:jc w:val="center"/>
            </w:pPr>
            <w:r>
              <w:rPr>
                <w:b/>
                <w:color w:val="FFFFFF"/>
                <w:sz w:val="28"/>
              </w:rPr>
              <w:t>TERM 4</w:t>
            </w:r>
          </w:p>
        </w:tc>
        <w:tc>
          <w:tcPr>
            <w:tcW w:w="5440" w:type="dxa"/>
          </w:tcPr>
          <w:p w14:paraId="647E7A96" w14:textId="77777777" w:rsidR="003B6BA6" w:rsidRDefault="00000000" w:rsidP="003B6BA6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Monday 21 February 2028 – </w:t>
            </w:r>
          </w:p>
          <w:p w14:paraId="7E7097DC" w14:textId="4168973B" w:rsidR="00323363" w:rsidRDefault="00000000" w:rsidP="003B6BA6">
            <w:pPr>
              <w:jc w:val="center"/>
            </w:pPr>
            <w:r>
              <w:rPr>
                <w:sz w:val="26"/>
              </w:rPr>
              <w:t>Friday 31 March 2028</w:t>
            </w:r>
          </w:p>
        </w:tc>
      </w:tr>
      <w:tr w:rsidR="00323363" w14:paraId="46A2E42A" w14:textId="77777777">
        <w:trPr>
          <w:jc w:val="center"/>
        </w:trPr>
        <w:tc>
          <w:tcPr>
            <w:tcW w:w="5440" w:type="dxa"/>
            <w:shd w:val="clear" w:color="auto" w:fill="FFC107"/>
            <w:vAlign w:val="center"/>
          </w:tcPr>
          <w:p w14:paraId="5DD7D463" w14:textId="77777777" w:rsidR="00323363" w:rsidRDefault="00000000">
            <w:pPr>
              <w:jc w:val="center"/>
            </w:pPr>
            <w:r>
              <w:rPr>
                <w:b/>
                <w:color w:val="FFFFFF"/>
                <w:sz w:val="28"/>
              </w:rPr>
              <w:t>TERM 5</w:t>
            </w:r>
          </w:p>
        </w:tc>
        <w:tc>
          <w:tcPr>
            <w:tcW w:w="5440" w:type="dxa"/>
          </w:tcPr>
          <w:p w14:paraId="0810BFA4" w14:textId="77777777" w:rsidR="003B6BA6" w:rsidRDefault="00000000" w:rsidP="003B6BA6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Tuesday 18 April 2028 – </w:t>
            </w:r>
          </w:p>
          <w:p w14:paraId="3BFBD18D" w14:textId="0594B91E" w:rsidR="003B6BA6" w:rsidRPr="003B6BA6" w:rsidRDefault="00000000" w:rsidP="003B6BA6">
            <w:pPr>
              <w:jc w:val="center"/>
              <w:rPr>
                <w:sz w:val="26"/>
              </w:rPr>
            </w:pPr>
            <w:r>
              <w:rPr>
                <w:sz w:val="26"/>
              </w:rPr>
              <w:t>Friday 26 May 2028</w:t>
            </w:r>
          </w:p>
        </w:tc>
      </w:tr>
      <w:tr w:rsidR="00323363" w14:paraId="5657F971" w14:textId="77777777">
        <w:trPr>
          <w:jc w:val="center"/>
        </w:trPr>
        <w:tc>
          <w:tcPr>
            <w:tcW w:w="5440" w:type="dxa"/>
            <w:shd w:val="clear" w:color="auto" w:fill="35508C"/>
            <w:vAlign w:val="center"/>
          </w:tcPr>
          <w:p w14:paraId="72180635" w14:textId="77777777" w:rsidR="00323363" w:rsidRDefault="00000000">
            <w:pPr>
              <w:jc w:val="center"/>
            </w:pPr>
            <w:r>
              <w:rPr>
                <w:b/>
                <w:color w:val="FFFFFF"/>
                <w:sz w:val="28"/>
              </w:rPr>
              <w:t>TERM 6</w:t>
            </w:r>
          </w:p>
        </w:tc>
        <w:tc>
          <w:tcPr>
            <w:tcW w:w="5440" w:type="dxa"/>
          </w:tcPr>
          <w:p w14:paraId="34D58BE4" w14:textId="77777777" w:rsidR="003B6BA6" w:rsidRDefault="00000000" w:rsidP="003B6BA6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Monday 5 June 2028 – </w:t>
            </w:r>
          </w:p>
          <w:p w14:paraId="1EB30F20" w14:textId="7F6476A0" w:rsidR="003B6BA6" w:rsidRPr="003B6BA6" w:rsidRDefault="00000000" w:rsidP="003B6BA6">
            <w:pPr>
              <w:jc w:val="center"/>
              <w:rPr>
                <w:sz w:val="26"/>
              </w:rPr>
            </w:pPr>
            <w:r>
              <w:rPr>
                <w:sz w:val="26"/>
              </w:rPr>
              <w:t>Friday 21 July 2028</w:t>
            </w:r>
          </w:p>
        </w:tc>
      </w:tr>
    </w:tbl>
    <w:p w14:paraId="08095472" w14:textId="77777777" w:rsidR="00323363" w:rsidRDefault="00323363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80"/>
      </w:tblGrid>
      <w:tr w:rsidR="00323363" w14:paraId="41ADF9FB" w14:textId="77777777">
        <w:trPr>
          <w:jc w:val="center"/>
        </w:trPr>
        <w:tc>
          <w:tcPr>
            <w:tcW w:w="10880" w:type="dxa"/>
            <w:shd w:val="clear" w:color="auto" w:fill="D9EAD3"/>
            <w:vAlign w:val="center"/>
          </w:tcPr>
          <w:p w14:paraId="68F95E92" w14:textId="77777777" w:rsidR="00323363" w:rsidRDefault="00000000">
            <w:pPr>
              <w:jc w:val="center"/>
            </w:pPr>
            <w:r>
              <w:rPr>
                <w:b/>
                <w:color w:val="006100"/>
                <w:sz w:val="28"/>
              </w:rPr>
              <w:t>Abbey Farm only</w:t>
            </w:r>
            <w:r>
              <w:rPr>
                <w:b/>
                <w:color w:val="006100"/>
                <w:sz w:val="28"/>
              </w:rPr>
              <w:br/>
            </w:r>
            <w:r>
              <w:rPr>
                <w:sz w:val="24"/>
              </w:rPr>
              <w:t>Term 1 finishes on Wednesday 20 October 2027.</w:t>
            </w:r>
            <w:r>
              <w:rPr>
                <w:sz w:val="24"/>
              </w:rPr>
              <w:br/>
              <w:t>Term 6 finishes on Tuesday 25 July 2028.</w:t>
            </w:r>
          </w:p>
        </w:tc>
      </w:tr>
    </w:tbl>
    <w:p w14:paraId="4A5BDE16" w14:textId="77777777" w:rsidR="00323363" w:rsidRDefault="00323363"/>
    <w:p w14:paraId="4163CBE8" w14:textId="0CF1C977" w:rsidR="00323363" w:rsidRPr="003B6BA6" w:rsidRDefault="003B6BA6" w:rsidP="003B6BA6">
      <w:pPr>
        <w:rPr>
          <w:sz w:val="26"/>
          <w:szCs w:val="26"/>
        </w:rPr>
      </w:pPr>
      <w:r w:rsidRPr="003B6BA6">
        <w:rPr>
          <w:sz w:val="26"/>
          <w:szCs w:val="26"/>
        </w:rPr>
        <w:t>Staff Training Days:</w:t>
      </w:r>
    </w:p>
    <w:p w14:paraId="1EC534C6" w14:textId="5803167D" w:rsidR="003B6BA6" w:rsidRDefault="003B6BA6" w:rsidP="003B6BA6">
      <w:r>
        <w:t>Wednesday 1</w:t>
      </w:r>
      <w:r w:rsidRPr="003B6BA6">
        <w:rPr>
          <w:vertAlign w:val="superscript"/>
        </w:rPr>
        <w:t>st</w:t>
      </w:r>
      <w:r>
        <w:t xml:space="preserve"> September 2027</w:t>
      </w:r>
    </w:p>
    <w:p w14:paraId="73A7F547" w14:textId="7757F783" w:rsidR="003B6BA6" w:rsidRDefault="003B6BA6" w:rsidP="003B6BA6">
      <w:r>
        <w:t>Friday 12</w:t>
      </w:r>
      <w:r w:rsidRPr="003B6BA6">
        <w:rPr>
          <w:vertAlign w:val="superscript"/>
        </w:rPr>
        <w:t>th</w:t>
      </w:r>
      <w:r>
        <w:t xml:space="preserve"> November 2027 – </w:t>
      </w:r>
      <w:r w:rsidRPr="003B6BA6">
        <w:rPr>
          <w:i/>
          <w:iCs/>
        </w:rPr>
        <w:t>Possible Trust INSET- tbc</w:t>
      </w:r>
    </w:p>
    <w:p w14:paraId="68187D60" w14:textId="4385E457" w:rsidR="003B6BA6" w:rsidRDefault="003B6BA6" w:rsidP="003B6BA6">
      <w:r>
        <w:t>Tuesday 4</w:t>
      </w:r>
      <w:r w:rsidRPr="003B6BA6">
        <w:rPr>
          <w:vertAlign w:val="superscript"/>
        </w:rPr>
        <w:t>th</w:t>
      </w:r>
      <w:r>
        <w:t xml:space="preserve"> January 2028</w:t>
      </w:r>
    </w:p>
    <w:p w14:paraId="427ADB4E" w14:textId="51739CBA" w:rsidR="003B6BA6" w:rsidRDefault="003B6BA6" w:rsidP="003B6BA6">
      <w:r>
        <w:t>Monday 21</w:t>
      </w:r>
      <w:r w:rsidRPr="003B6BA6">
        <w:rPr>
          <w:vertAlign w:val="superscript"/>
        </w:rPr>
        <w:t>st</w:t>
      </w:r>
      <w:r>
        <w:t xml:space="preserve"> February 2028 </w:t>
      </w:r>
    </w:p>
    <w:p w14:paraId="36D378DE" w14:textId="71D5894E" w:rsidR="003B6BA6" w:rsidRPr="003B6BA6" w:rsidRDefault="003B6BA6" w:rsidP="003B6BA6">
      <w:pPr>
        <w:rPr>
          <w:i/>
          <w:iCs/>
        </w:rPr>
      </w:pPr>
      <w:r w:rsidRPr="003B6BA6">
        <w:rPr>
          <w:i/>
          <w:iCs/>
        </w:rPr>
        <w:t xml:space="preserve">Fifth INSET to be decided by each school </w:t>
      </w:r>
    </w:p>
    <w:sectPr w:rsidR="003B6BA6" w:rsidRPr="003B6BA6" w:rsidSect="00034616">
      <w:pgSz w:w="12240" w:h="15840"/>
      <w:pgMar w:top="567" w:right="680" w:bottom="567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66194837">
    <w:abstractNumId w:val="8"/>
  </w:num>
  <w:num w:numId="2" w16cid:durableId="952439591">
    <w:abstractNumId w:val="6"/>
  </w:num>
  <w:num w:numId="3" w16cid:durableId="1187794847">
    <w:abstractNumId w:val="5"/>
  </w:num>
  <w:num w:numId="4" w16cid:durableId="829977741">
    <w:abstractNumId w:val="4"/>
  </w:num>
  <w:num w:numId="5" w16cid:durableId="41563263">
    <w:abstractNumId w:val="7"/>
  </w:num>
  <w:num w:numId="6" w16cid:durableId="1931573158">
    <w:abstractNumId w:val="3"/>
  </w:num>
  <w:num w:numId="7" w16cid:durableId="870726757">
    <w:abstractNumId w:val="2"/>
  </w:num>
  <w:num w:numId="8" w16cid:durableId="469907312">
    <w:abstractNumId w:val="1"/>
  </w:num>
  <w:num w:numId="9" w16cid:durableId="1074398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3363"/>
    <w:rsid w:val="00326F90"/>
    <w:rsid w:val="003B6BA6"/>
    <w:rsid w:val="00A21D5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9141F7"/>
  <w14:defaultImageDpi w14:val="300"/>
  <w15:docId w15:val="{341D7C68-7139-EA4D-9CD8-92FF549AA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Jeremy Hughes</cp:lastModifiedBy>
  <cp:revision>2</cp:revision>
  <dcterms:created xsi:type="dcterms:W3CDTF">2026-07-15T09:04:00Z</dcterms:created>
  <dcterms:modified xsi:type="dcterms:W3CDTF">2026-07-15T09:04:00Z</dcterms:modified>
  <cp:category/>
</cp:coreProperties>
</file>